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עבודת שורשים – 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רפלקציה אישית על עבודת השורשים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פרק הרפלקציה בעבודת השורשים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מרכיבים של פסקת רפלקציה טובה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לכתיבת רפלקציה אישית בעזרת מסגרת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הפרק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להסתכל אחורה על התהליך וללמוד ממנו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פרק 7 - המקום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סבתא ניהלה חנות בגיל שבע 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הראיון עם הסבתא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צריך לכתוב בגוף ראשון ובכנות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הצ'קליסט דורש לכתוב גם על אתגר והתמודדות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מופיע בצ'קליסט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כתוב במפורש שזו דוגמה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פרק 8 מתוך 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ראשון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פתיח לתוכן מהדוגמה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(אין במשפחה שלי שום דבר מיוחד)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(סבתא ניהלה חנות בגיל שבע עשרה)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(הראיון עם הסבתא)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(הסיפור של המשפחה הוא גם הסיפור שלי)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(לשאול לפני שהזיכרונות הולכים לאיבוד)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לקרוא שוב את כל הפרקים שכתבתי בעבודה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לענות לעצמי על השאלות המנחות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לכתוב טיוטה לפי מסגרת הכתיבה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לבדוק את הכתיבה מול הצ'קליסט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להעתיק את הרפלקציה הסופית לקנבה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הפסקה כוללת חמישה חלקים, כתובה בגוף ראשון ובכנות, מתארת גילוי ואתגר אמיתיים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עם הסבר ברור ודוגמה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להסתכל אחורה על התהליך ולהבין מה למדתי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גוף 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תיאור אתגר ואיך התמודדתי איתו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הפסקה לדוגמה בקול ולבקש מהתלמידים לזהות בה את חמשת חלקי מסגרת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זמן קצר למענה אישי על השאלות המנחות לפני הכתיבה הסופית בקנבה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פריטי skip_n ולהתמקד בהתאמה ובהשלמת משפטים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עבודת שורשים – 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רפלקציה אישית על עבודת השורשים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בפרק האחרון של עבודת השורשים מסתכלים אחורה על כל התהליך - מה למדתם, מה הרגשתם ומה תיקחו איתכם הלאה. דף זה יעזור לכם להתכונן לכתיבת הרפלקציה לפני שעוברים לכתיבה בקנבה.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הפרק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של פרק הרפלקציה?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לראיין בן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להסתכל אחורה על התהליך וללמוד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עץ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לתאר חפץ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שאלות מנחות מופיעות בפרק 8?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פרק קודם לפרק הרפלקציה?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פרק 1 - מי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פרק 5 - חפץ משפחתי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פרק 7 - המקום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פרק 4 - 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בדוגמה בטקסט, מה היה הגילוי המפתיע?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סבתא טסה לחו״ל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סבתא ניהלה חנות בגיל שבע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סבא היה טייס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המשפחה עברה הרבה 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היה האתגר שתואר בדוגמה?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כתיבת עץ המשפחה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הראיון עם הסבתא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מציאת תמונות ישנות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כתיבת סיפור העלייה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הרפלקציה צריכה להיכתב בגוף שלישי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לכתוב רק דברים טובים ולהתעלם מהקשיים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לקרוא שוב את כל העבודה לפני ההגשה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הדוגמה בטקסט היא הסיפור שחובה להעתיק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פרק הרפלקציה הוא הפרק האחרון בעבודת השורשים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בפרק 8 יש __________ שאלות מנחות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עבודת השורשים כוללת __________ פרקים בסך הכול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בדוגמה, הסבתא ניהלה __________ בגיל שבע עשרה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הרפלקציה צריכה להיכתב בגוף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פתיח לתוכן מהדוגמה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כשהתחלתי את העבודה חשבתי ש...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לשאול לפני שהזיכרונות הולכים לאיבוד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הגילוי המפתיע ביותר היה...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אין במשפחה שלי שום דבר מיוחד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הפרק המאתגר ביותר היה...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סבתא ניהלה חנות בגיל שבע עשרה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בזכות העבודה הבנתי ש...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הראיון עם הסבתא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דבר שהייתי רוצה להעביר הלאה...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הסיפור של המשפחה הוא גם הסיפור שלי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את הכתיבה מול הצ'קליסט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שוב את כל הפרקים שכתבתי בעבודה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להעתיק את הרפלקציה הסופית לקנבה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לענות לעצמי על השאלות המנחות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טיוטה לפי מסגרת הכתיבה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פסקת רפלקציה קצרה לפי מסגרת הכתיבה: מה חשבתי בהתחלה, מה הגילוי המפתיע, מה היה האתגר, מה הבנתי, ומה הייתי רוצה להעביר הלאה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ממי במשפחה למדתם הכי הרבה בעבודה, ולמה דווקא ממנו/ממנה?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המטרה של פרק הרפלקציה בעבודת השורשים?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גוף צריך לכתוב את הרפלקציה?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חייב להיות בפסקת הרפלקציה חוץ מגילוי מפתיע?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רפלקציה אישית על עבודת השורשים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