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פרק הרפלקציה בעבודת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פסקת רפלקציה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רפלקציה אישית בעזרת 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אחורה על התהליך וללמוד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לכתוב בגוף ראשון ובכנות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מופיע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לתוכן מהדוגמה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(אין במשפחה שלי שום דבר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(סבתא ניהלה חנות בגיל שבע 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(הראיון עם הסבתא)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(הסיפור של המשפחה הוא גם הסיפור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שוב את כל הפרקים שכתבתי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לעצמי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טיוטה לפי מסגרת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הכתיבה מול הצ'קליסט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חמישה חלקים, כתובה בגוף ראשון ובכנות, מתארת גילוי ואתגר 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להסתכל אחורה על התהליך ולהבין מה למדתי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אתגר ואיך התמודדתי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הפסקה לדוגמה בקול ולבקש מהתלמידים לזהות בה את חמשת חלקי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קצר למענה אישי על השאלות המנחות לפני הכתיבה הסופית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בהתאמה ובהשלמת 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רפלקציה אישית על 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האחרון של עבודת השורשים מסתכלים אחורה על כל התהליך - מה למדתם, מה הרגשתם ומה תיקחו איתכם הלאה. דף זה יעזור לכם להתכונן לכתיבת הרפלקציה לפני שעוברים לכתיבה בקנבה.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שש  ·  שמונה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פרק הרפלקציה?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להסתכל אחורה על התהליך וללמוד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מנחות מופיעות בפרק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הרפלקציה צריכה להיכתב בגוף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לקרוא שוב את כל העבודה לפני ההגשה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בפרק 8 יש __________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עבודת השורשים כוללת __________ פרקים בסך הכול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פתיח לתוכן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כשהתחלתי את העבודה חשבתי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הראיון עם הסבתא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הגילוי המפתיע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אין במשפחה שלי שום דבר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הפרק המאתגר ביותר היה...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הסיפור של המשפחה הוא גם הסיפור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בזכות העבודה הבנתי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סבתא ניהלה חנות בגיל שבע עשרה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טיוטה לפי מסגרת הכתיבה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הכתיבה מול הצ'קליסט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לענות לעצמי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שוב את כל הפרקים שכתבתי בעבודה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רפלקציה קצרה לפי מסגרת הכתיבה: מה חשבתי בהתחלה, מה הגילוי המפתיע, מה היה האתגר, מה הבנתי, ומה הייתי רוצה להעביר הלאה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פרק הרפלקציה בעבודת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גוף צריך לכתוב את הרפלקציה?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רפלקציה אישית על 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